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i w:val="0"/>
          <w:color w:val="0D0524"/>
          <w:sz w:val="36"/>
        </w:rPr>
        <w:t>Daily time record (DTR)</w:t>
      </w:r>
    </w:p>
    <w:p>
      <w:r>
        <w:rPr>
          <w:rFonts w:ascii="Arial" w:hAnsi="Arial"/>
          <w:b w:val="0"/>
          <w:i w:val="0"/>
          <w:color w:val="5B5573"/>
          <w:sz w:val="20"/>
        </w:rPr>
        <w:t>AM and PM arrival and departure for every day of the month, hours worked and undertime</w:t>
      </w:r>
    </w:p>
    <w:tbl>
      <w:tblPr>
        <w:tblW w:type="dxa" w:w="1065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88"/>
        <w:gridCol w:w="3024"/>
        <w:gridCol w:w="2304"/>
        <w:gridCol w:w="3240"/>
      </w:tblGrid>
      <w:tr>
        <w:trPr>
          <w:trHeight w:val="417" w:hRule="atLeast"/>
        </w:trPr>
        <w:tc>
          <w:tcPr>
            <w:tcW w:type="dxa" w:w="208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Name</w:t>
            </w:r>
          </w:p>
        </w:tc>
        <w:tc>
          <w:tcPr>
            <w:tcW w:type="dxa" w:w="3024"/>
            <w:tcBorders>
              <w:bottom w:val="single" w:sz="8" w:color="CBC0F3"/>
            </w:tcBorders>
          </w:tcPr>
          <w:p/>
        </w:tc>
        <w:tc>
          <w:tcPr>
            <w:tcW w:type="dxa" w:w="230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Employee ID</w:t>
            </w:r>
          </w:p>
        </w:tc>
        <w:tc>
          <w:tcPr>
            <w:tcW w:type="dxa" w:w="3240"/>
            <w:tcBorders>
              <w:bottom w:val="single" w:sz="8" w:color="CBC0F3"/>
            </w:tcBorders>
          </w:tcPr>
          <w:p/>
        </w:tc>
      </w:tr>
      <w:tr>
        <w:trPr>
          <w:trHeight w:val="417" w:hRule="atLeast"/>
        </w:trPr>
        <w:tc>
          <w:tcPr>
            <w:tcW w:type="dxa" w:w="208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Position</w:t>
            </w:r>
          </w:p>
        </w:tc>
        <w:tc>
          <w:tcPr>
            <w:tcW w:type="dxa" w:w="3024"/>
            <w:tcBorders>
              <w:bottom w:val="single" w:sz="8" w:color="CBC0F3"/>
            </w:tcBorders>
          </w:tcPr>
          <w:p/>
        </w:tc>
        <w:tc>
          <w:tcPr>
            <w:tcW w:type="dxa" w:w="230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Client or team</w:t>
            </w:r>
          </w:p>
        </w:tc>
        <w:tc>
          <w:tcPr>
            <w:tcW w:type="dxa" w:w="3240"/>
            <w:tcBorders>
              <w:bottom w:val="single" w:sz="8" w:color="CBC0F3"/>
            </w:tcBorders>
          </w:tcPr>
          <w:p/>
        </w:tc>
      </w:tr>
      <w:tr>
        <w:trPr>
          <w:trHeight w:val="417" w:hRule="atLeast"/>
        </w:trPr>
        <w:tc>
          <w:tcPr>
            <w:tcW w:type="dxa" w:w="208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Month</w:t>
            </w:r>
          </w:p>
        </w:tc>
        <w:tc>
          <w:tcPr>
            <w:tcW w:type="dxa" w:w="3024"/>
            <w:tcBorders>
              <w:bottom w:val="single" w:sz="8" w:color="CBC0F3"/>
            </w:tcBorders>
          </w:tcPr>
          <w:p/>
        </w:tc>
        <w:tc>
          <w:tcPr>
            <w:tcW w:type="dxa" w:w="230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Year</w:t>
            </w:r>
          </w:p>
        </w:tc>
        <w:tc>
          <w:tcPr>
            <w:tcW w:type="dxa" w:w="3240"/>
            <w:tcBorders>
              <w:bottom w:val="single" w:sz="8" w:color="CBC0F3"/>
            </w:tcBorders>
          </w:tcPr>
          <w:p/>
        </w:tc>
      </w:tr>
      <w:tr>
        <w:trPr>
          <w:trHeight w:val="417" w:hRule="atLeast"/>
        </w:trPr>
        <w:tc>
          <w:tcPr>
            <w:tcW w:type="dxa" w:w="208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Hours a day</w:t>
            </w:r>
          </w:p>
        </w:tc>
        <w:tc>
          <w:tcPr>
            <w:tcW w:type="dxa" w:w="3024"/>
            <w:tcBorders>
              <w:bottom w:val="single" w:sz="8" w:color="CBC0F3"/>
            </w:tcBorders>
          </w:tcPr>
          <w:p/>
        </w:tc>
        <w:tc>
          <w:tcPr>
            <w:tcW w:type="dxa" w:w="230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Supervisor</w:t>
            </w:r>
          </w:p>
        </w:tc>
        <w:tc>
          <w:tcPr>
            <w:tcW w:type="dxa" w:w="3240"/>
            <w:tcBorders>
              <w:bottom w:val="single" w:sz="8" w:color="CBC0F3"/>
            </w:tcBorders>
          </w:tcPr>
          <w:p/>
        </w:tc>
      </w:tr>
    </w:tbl>
    <w:p/>
    <w:tbl>
      <w:tblPr>
        <w:tblW w:type="dxa" w:w="10656"/>
        <w:tblBorders>
          <w:top w:val="single" w:sz="6" w:space="0" w:color="CBC0F3"/>
          <w:left w:val="single" w:sz="6" w:space="0" w:color="CBC0F3"/>
          <w:bottom w:val="single" w:sz="6" w:space="0" w:color="CBC0F3"/>
          <w:right w:val="single" w:sz="6" w:space="0" w:color="CBC0F3"/>
          <w:insideH w:val="single" w:sz="6" w:space="0" w:color="CBC0F3"/>
          <w:insideV w:val="single" w:sz="6" w:space="0" w:color="CBC0F3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605"/>
        <w:gridCol w:w="1368"/>
        <w:gridCol w:w="1123"/>
        <w:gridCol w:w="1181"/>
        <w:gridCol w:w="1123"/>
        <w:gridCol w:w="1181"/>
        <w:gridCol w:w="1066"/>
        <w:gridCol w:w="1066"/>
        <w:gridCol w:w="1944"/>
      </w:tblGrid>
      <w:tr>
        <w:trPr>
          <w:tblHeader w:val="true"/>
        </w:trPr>
        <w:tc>
          <w:tcPr>
            <w:tcW w:type="dxa" w:w="605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Day</w:t>
            </w:r>
          </w:p>
        </w:tc>
        <w:tc>
          <w:tcPr>
            <w:tcW w:type="dxa" w:w="1368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Date</w:t>
            </w:r>
          </w:p>
        </w:tc>
        <w:tc>
          <w:tcPr>
            <w:tcW w:type="dxa" w:w="1123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AM arrival</w:t>
            </w:r>
          </w:p>
        </w:tc>
        <w:tc>
          <w:tcPr>
            <w:tcW w:type="dxa" w:w="1181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AM departure</w:t>
            </w:r>
          </w:p>
        </w:tc>
        <w:tc>
          <w:tcPr>
            <w:tcW w:type="dxa" w:w="1123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PM arrival</w:t>
            </w:r>
          </w:p>
        </w:tc>
        <w:tc>
          <w:tcPr>
            <w:tcW w:type="dxa" w:w="1181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PM departure</w:t>
            </w:r>
          </w:p>
        </w:tc>
        <w:tc>
          <w:tcPr>
            <w:tcW w:type="dxa" w:w="1066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Hours worked</w:t>
            </w:r>
          </w:p>
        </w:tc>
        <w:tc>
          <w:tcPr>
            <w:tcW w:type="dxa" w:w="1066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Undertime</w:t>
            </w:r>
          </w:p>
        </w:tc>
        <w:tc>
          <w:tcPr>
            <w:tcW w:type="dxa" w:w="1944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Remarks</w:t>
            </w:r>
          </w:p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3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4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5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6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7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8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9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10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11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12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13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14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15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16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17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18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19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20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21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22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23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24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25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26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27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28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29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30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273" w:hRule="atLeast"/>
        </w:trPr>
        <w:tc>
          <w:tcPr>
            <w:tcW w:type="dxa" w:w="605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31</w:t>
            </w:r>
          </w:p>
        </w:tc>
        <w:tc>
          <w:tcPr>
            <w:tcW w:type="dxa" w:w="1368"/>
            <w:shd w:val="clear" w:color="auto" w:fill="F8F7FC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123"/>
          </w:tcPr>
          <w:p/>
        </w:tc>
        <w:tc>
          <w:tcPr>
            <w:tcW w:type="dxa" w:w="1181"/>
          </w:tcPr>
          <w:p/>
        </w:tc>
        <w:tc>
          <w:tcPr>
            <w:tcW w:type="dxa" w:w="1066"/>
          </w:tcPr>
          <w:p/>
        </w:tc>
        <w:tc>
          <w:tcPr>
            <w:tcW w:type="dxa" w:w="1066"/>
          </w:tcPr>
          <w:p/>
        </w:tc>
        <w:tc>
          <w:tcPr>
            <w:tcW w:type="dxa" w:w="1944"/>
          </w:tcPr>
          <w:p/>
        </w:tc>
      </w:tr>
      <w:tr>
        <w:trPr>
          <w:trHeight w:val="518" w:hRule="atLeast"/>
        </w:trPr>
        <w:tc>
          <w:tcPr>
            <w:tcW w:type="dxa" w:w="6581"/>
            <w:gridSpan w:val="6"/>
            <w:shd w:val="clear" w:color="auto" w:fill="F3EFFF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Total</w:t>
            </w:r>
          </w:p>
        </w:tc>
        <w:tc>
          <w:tcPr>
            <w:tcW w:type="dxa" w:w="1066"/>
            <w:shd w:val="clear" w:color="auto" w:fill="F3EFFF"/>
          </w:tcPr>
          <w:p/>
        </w:tc>
        <w:tc>
          <w:tcPr>
            <w:tcW w:type="dxa" w:w="1066"/>
            <w:shd w:val="clear" w:color="auto" w:fill="F3EFFF"/>
          </w:tcPr>
          <w:p/>
        </w:tc>
        <w:tc>
          <w:tcPr>
            <w:tcW w:type="dxa" w:w="1944"/>
            <w:shd w:val="clear" w:color="auto" w:fill="F3EFFF"/>
          </w:tcPr>
          <w:p/>
        </w:tc>
      </w:tr>
    </w:tbl>
    <w:p>
      <w:pPr>
        <w:spacing w:after="0"/>
      </w:pPr>
    </w:p>
    <w:p>
      <w:r>
        <w:rPr>
          <w:rFonts w:ascii="Arial" w:hAnsi="Arial"/>
          <w:b w:val="0"/>
          <w:i w:val="0"/>
          <w:color w:val="5B5573"/>
          <w:sz w:val="18"/>
        </w:rPr>
        <w:t>Hours worked = PM departure minus AM arrival, minus the break. Half day: one pair only. Undertime = hours a day minus hours worked.</w:t>
      </w:r>
    </w:p>
    <w:p>
      <w:r>
        <w:rPr>
          <w:rFonts w:ascii="Arial" w:hAnsi="Arial"/>
          <w:b w:val="0"/>
          <w:i w:val="0"/>
          <w:color w:val="5B5573"/>
          <w:sz w:val="18"/>
        </w:rPr>
        <w:t>Leave absences and rest days blank and say why in Remarks. Signing certifies this record is true and correct.</w:t>
      </w:r>
    </w:p>
    <w:p/>
    <w:tbl>
      <w:tblPr>
        <w:tblW w:type="dxa" w:w="1065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516"/>
        <w:gridCol w:w="1812"/>
        <w:gridCol w:w="3516"/>
        <w:gridCol w:w="1812"/>
      </w:tblGrid>
      <w:tr>
        <w:trPr>
          <w:trHeight w:val="648" w:hRule="atLeast"/>
        </w:trPr>
        <w:tc>
          <w:tcPr>
            <w:tcW w:type="dxa" w:w="3516"/>
            <w:tcBorders>
              <w:bottom w:val="single" w:sz="8" w:color="CBC0F3"/>
            </w:tcBorders>
          </w:tcPr>
          <w:p/>
        </w:tc>
        <w:tc>
          <w:tcPr>
            <w:tcW w:type="dxa" w:w="1812"/>
            <w:tcBorders>
              <w:bottom w:val="single" w:sz="8" w:color="CBC0F3"/>
            </w:tcBorders>
          </w:tcPr>
          <w:p/>
        </w:tc>
        <w:tc>
          <w:tcPr>
            <w:tcW w:type="dxa" w:w="3516"/>
            <w:tcBorders>
              <w:bottom w:val="single" w:sz="8" w:color="CBC0F3"/>
            </w:tcBorders>
          </w:tcPr>
          <w:p/>
        </w:tc>
        <w:tc>
          <w:tcPr>
            <w:tcW w:type="dxa" w:w="1812"/>
            <w:tcBorders>
              <w:bottom w:val="single" w:sz="8" w:color="CBC0F3"/>
            </w:tcBorders>
          </w:tcPr>
          <w:p/>
        </w:tc>
      </w:tr>
      <w:tr>
        <w:tc>
          <w:tcPr>
            <w:tcW w:type="dxa" w:w="351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5B5573"/>
                <w:sz w:val="18"/>
              </w:rPr>
              <w:t>Employee signature</w:t>
            </w:r>
          </w:p>
        </w:tc>
        <w:tc>
          <w:tcPr>
            <w:tcW w:type="dxa" w:w="18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5B5573"/>
                <w:sz w:val="18"/>
              </w:rPr>
              <w:t>Date</w:t>
            </w:r>
          </w:p>
        </w:tc>
        <w:tc>
          <w:tcPr>
            <w:tcW w:type="dxa" w:w="351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5B5573"/>
                <w:sz w:val="18"/>
              </w:rPr>
              <w:t>Verified by (supervisor)</w:t>
            </w:r>
          </w:p>
        </w:tc>
        <w:tc>
          <w:tcPr>
            <w:tcW w:type="dxa" w:w="181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5B5573"/>
                <w:sz w:val="18"/>
              </w:rPr>
              <w:t>Date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792" w:bottom="792" w:left="79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hyperlink r:id="rId1">
      <w:r>
        <w:rPr>
          <w:rFonts w:ascii="Arial" w:hAnsi="Arial"/>
          <w:color w:val="673DE6"/>
          <w:sz w:val="16"/>
          <w:u w:val="none"/>
        </w:rPr>
        <w:t xml:space="preserve">Free template by Staffic · staffic.io/resources · Track time automatically, free for up to 3 members</w:t>
      </w:r>
    </w:hyperlink>
    <w:r>
      <w:rPr>
        <w:rFonts w:ascii="Arial" w:hAnsi="Arial"/>
        <w:b w:val="0"/>
        <w:i w:val="0"/>
        <w:color w:val="6E6788"/>
        <w:sz w:val="16"/>
      </w:rPr>
      <w:t xml:space="preserve">    v1.0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firstColumn="1" w:firstRow="1" w:lastColumn="0" w:lastRow="0" w:noHBand="0" w:noVBand="1" w:val="04A0"/>
    </w:tblPr>
    <w:tblGrid>
      <w:gridCol w:w="5328"/>
      <w:gridCol w:w="5328"/>
    </w:tblGrid>
    <w:tr>
      <w:tc>
        <w:tcPr>
          <w:tcW w:type="dxa" w:w="5328"/>
        </w:tcPr>
        <w:p>
          <w:r>
            <w:drawing>
              <wp:inline xmlns:a="http://schemas.openxmlformats.org/drawingml/2006/main" xmlns:pic="http://schemas.openxmlformats.org/drawingml/2006/picture">
                <wp:extent cx="897484" cy="23774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484" cy="23774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328"/>
        </w:tcPr>
        <w:p>
          <w:pPr>
            <w:spacing w:after="0"/>
            <w:jc w:val="right"/>
          </w:pPr>
          <w:r/>
          <w:r>
            <w:rPr>
              <w:rFonts w:ascii="Arial" w:hAnsi="Arial"/>
              <w:b w:val="0"/>
              <w:i w:val="0"/>
              <w:color w:val="5B5573"/>
              <w:sz w:val="18"/>
            </w:rPr>
            <w:t>Daily time record (DTR)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E284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taffic.io/resources?utm_source=resource&amp;utm_medium=file&amp;utm_campaign=202611-resources&amp;utm_content=dtr-template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 record (DTR)</dc:title>
  <dc:subject>AM and PM arrival and departure for every day of the month, hours worked and undertime</dc:subject>
  <dc:creator>Staffic</dc:creator>
  <cp:keywords/>
  <dc:description/>
  <cp:lastModifiedBy>Staffic</cp:lastModifiedBy>
  <cp:revision>1</cp:revision>
  <dcterms:created xsi:type="dcterms:W3CDTF">2026-11-03T00:08:24Z</dcterms:created>
  <dcterms:modified xsi:type="dcterms:W3CDTF">2026-11-03T00:08:24Z</dcterms:modified>
  <cp:category/>
</cp:coreProperties>
</file>